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Lesson Plan: Shops and Products</w:t>
      </w:r>
    </w:p>
    <w:p>
      <w:r>
        <w:t>Level: A1–A2</w:t>
      </w:r>
    </w:p>
    <w:p>
      <w:r>
        <w:t>Duration: 45 minutes</w:t>
      </w:r>
    </w:p>
    <w:p>
      <w:r>
        <w:t>Skill Focus: Reading, Speaking, Listening</w:t>
      </w:r>
    </w:p>
    <w:p>
      <w:r>
        <w:t>Main Focus: Vocabulary (Shops &amp; Products)</w:t>
      </w:r>
    </w:p>
    <w:p/>
    <w:p>
      <w:pPr>
        <w:pStyle w:val="Heading1"/>
      </w:pPr>
      <w:r>
        <w:t>Objectives</w:t>
      </w:r>
    </w:p>
    <w:p>
      <w:pPr>
        <w:pStyle w:val="ListBullet"/>
      </w:pPr>
      <w:r>
        <w:t>Identify and name different types of shops and the products they sell.</w:t>
      </w:r>
    </w:p>
    <w:p>
      <w:pPr>
        <w:pStyle w:val="ListBullet"/>
      </w:pPr>
      <w:r>
        <w:t>Read and understand a short text about shopping.</w:t>
      </w:r>
    </w:p>
    <w:p>
      <w:pPr>
        <w:pStyle w:val="ListBullet"/>
      </w:pPr>
      <w:r>
        <w:t>Engage in basic conversations about shopping, expressing preferences, and asking for items.</w:t>
      </w:r>
    </w:p>
    <w:p>
      <w:pPr>
        <w:pStyle w:val="ListBullet"/>
      </w:pPr>
      <w:r>
        <w:t>Listen to and comprehend a shopping-related text using Helperbird on the whiteboard.</w:t>
      </w:r>
    </w:p>
    <w:p>
      <w:pPr>
        <w:pStyle w:val="Heading1"/>
      </w:pPr>
      <w:r>
        <w:t>Key Competencies</w:t>
      </w:r>
    </w:p>
    <w:p>
      <w:r>
        <w:t>Communication – Develop speaking, listening, and reading skills through interactive tasks.</w:t>
      </w:r>
    </w:p>
    <w:p>
      <w:r>
        <w:t>Cognition – Improve understanding and retention of vocabulary.</w:t>
      </w:r>
    </w:p>
    <w:p>
      <w:r>
        <w:t>Social – Practice shopping-related interactions in pairs and small groups.</w:t>
      </w:r>
    </w:p>
    <w:p>
      <w:pPr>
        <w:pStyle w:val="Heading1"/>
      </w:pPr>
      <w:r>
        <w:t>Lesson Stages &amp; Activities</w:t>
      </w:r>
    </w:p>
    <w:p>
      <w:pPr>
        <w:pStyle w:val="Heading2"/>
      </w:pPr>
      <w:r>
        <w:t>1. Warm-up (5 mins) – Introduction to Shops &amp; Products</w:t>
      </w:r>
    </w:p>
    <w:p>
      <w:r>
        <w:t>• Brainstorm different types of shops and products.</w:t>
      </w:r>
    </w:p>
    <w:p>
      <w:r>
        <w:t>• Show images of different shops (bakery, pharmacy, toy shop, electronics store, etc.).</w:t>
      </w:r>
    </w:p>
    <w:p>
      <w:r>
        <w:t>• Ask: "Where do you buy bread? Where do you buy medicine?"</w:t>
      </w:r>
    </w:p>
    <w:p>
      <w:pPr>
        <w:pStyle w:val="Heading2"/>
      </w:pPr>
      <w:r>
        <w:t>2. Vocabulary Introduction (10 mins) – Wordwall Game</w:t>
      </w:r>
    </w:p>
    <w:p>
      <w:r>
        <w:t>Activity Type: Wordwall Matching Game</w:t>
      </w:r>
    </w:p>
    <w:p>
      <w:r>
        <w:t>Title: Shops &amp; Products Match</w:t>
      </w:r>
    </w:p>
    <w:p>
      <w:r>
        <w:t>Instructions: Match each shop with the correct products.</w:t>
      </w:r>
    </w:p>
    <w:p>
      <w:pPr>
        <w:pStyle w:val="ListBullet"/>
      </w:pPr>
      <w:r>
        <w:t>Supermarket → Apples, Milk, Bread, Cheese</w:t>
      </w:r>
    </w:p>
    <w:p>
      <w:pPr>
        <w:pStyle w:val="ListBullet"/>
      </w:pPr>
      <w:r>
        <w:t>Toy Shop → Robot, Puzzle, Ball, Toy car</w:t>
      </w:r>
    </w:p>
    <w:p>
      <w:pPr>
        <w:pStyle w:val="ListBullet"/>
      </w:pPr>
      <w:r>
        <w:t>Clothing Store → T-shirt, Sneakers, Hat, Dress</w:t>
      </w:r>
    </w:p>
    <w:p>
      <w:pPr>
        <w:pStyle w:val="ListBullet"/>
      </w:pPr>
      <w:r>
        <w:t>Bookstore → Novel, Dictionary, Comic Book, Magazine</w:t>
      </w:r>
    </w:p>
    <w:p>
      <w:pPr>
        <w:pStyle w:val="ListBullet"/>
      </w:pPr>
      <w:r>
        <w:t>Pharmacy → Medicine, Bandages, Vitamins, Tissues</w:t>
      </w:r>
    </w:p>
    <w:p>
      <w:pPr>
        <w:pStyle w:val="ListBullet"/>
      </w:pPr>
      <w:r>
        <w:t>Bakery → Croissant, Bread, Cake, Cupcake</w:t>
      </w:r>
    </w:p>
    <w:p>
      <w:pPr>
        <w:pStyle w:val="ListBullet"/>
      </w:pPr>
      <w:r>
        <w:t>Electronics Store → Smartphone, Laptop, Headphones, Monitor</w:t>
      </w:r>
    </w:p>
    <w:p>
      <w:pPr>
        <w:pStyle w:val="ListBullet"/>
      </w:pPr>
      <w:r>
        <w:t>Jewelry Store → Ring, Watch, Necklace, Earrings</w:t>
      </w:r>
    </w:p>
    <w:p>
      <w:pPr>
        <w:pStyle w:val="ListBullet"/>
      </w:pPr>
      <w:r>
        <w:t>Flower Shop → Rose, Bouquet, Sunflower, Plant</w:t>
      </w:r>
    </w:p>
    <w:p>
      <w:pPr>
        <w:pStyle w:val="ListBullet"/>
      </w:pPr>
      <w:r>
        <w:t>Furniture Store → Bed, Sofa, Chair, Bookshelf</w:t>
      </w:r>
    </w:p>
    <w:p>
      <w:pPr>
        <w:pStyle w:val="ListBullet"/>
      </w:pPr>
      <w:r>
        <w:t>Sports Store → Tennis racket, Boxing gloves, Bicycle, Football</w:t>
      </w:r>
    </w:p>
    <w:p>
      <w:pPr>
        <w:pStyle w:val="Heading2"/>
      </w:pPr>
      <w:r>
        <w:t>3. Listening Activity (10 mins) – Helperbird</w:t>
      </w:r>
    </w:p>
    <w:p>
      <w:r>
        <w:t>Story: "Shop Till You Drop!"</w:t>
      </w:r>
    </w:p>
    <w:p>
      <w:r>
        <w:t>Tool: Helperbird on the Whiteboard</w:t>
      </w:r>
    </w:p>
    <w:p>
      <w:r>
        <w:t>Instructions:</w:t>
      </w:r>
    </w:p>
    <w:p>
      <w:pPr>
        <w:pStyle w:val="ListBullet"/>
      </w:pPr>
      <w:r>
        <w:t>Display the text on the whiteboard.</w:t>
      </w:r>
    </w:p>
    <w:p>
      <w:pPr>
        <w:pStyle w:val="ListBullet"/>
      </w:pPr>
      <w:r>
        <w:t>Play the audio using Helperbird’s text-to-speech feature.</w:t>
      </w:r>
    </w:p>
    <w:p>
      <w:pPr>
        <w:pStyle w:val="ListBullet"/>
      </w:pPr>
      <w:r>
        <w:t>Pause at key moments and ask comprehension questions.</w:t>
      </w:r>
    </w:p>
    <w:p>
      <w:pPr>
        <w:pStyle w:val="ListBullet"/>
      </w:pPr>
      <w:r>
        <w:t>Students follow along and take notes of key words.</w:t>
      </w:r>
    </w:p>
    <w:p>
      <w:r>
        <w:t>Listening Comprehension Questions:</w:t>
      </w:r>
    </w:p>
    <w:p>
      <w:pPr>
        <w:pStyle w:val="ListBullet"/>
      </w:pPr>
      <w:r>
        <w:t>What is the first shop the person visits?</w:t>
      </w:r>
    </w:p>
    <w:p>
      <w:pPr>
        <w:pStyle w:val="ListBullet"/>
      </w:pPr>
      <w:r>
        <w:t>What happens when they pick up the robot toy?</w:t>
      </w:r>
    </w:p>
    <w:p>
      <w:pPr>
        <w:pStyle w:val="ListBullet"/>
      </w:pPr>
      <w:r>
        <w:t>What do they buy at the stationery shop?</w:t>
      </w:r>
    </w:p>
    <w:p>
      <w:pPr>
        <w:pStyle w:val="ListBullet"/>
      </w:pPr>
      <w:r>
        <w:t>What animals are in the pet shop?</w:t>
      </w:r>
    </w:p>
    <w:p>
      <w:pPr>
        <w:pStyle w:val="ListBullet"/>
      </w:pPr>
      <w:r>
        <w:t>Why does the person feel exhausted at the end?</w:t>
      </w:r>
    </w:p>
    <w:p>
      <w:pPr>
        <w:pStyle w:val="Heading2"/>
      </w:pPr>
      <w:r>
        <w:t>4. Listening Comprehension Wordwall Game</w:t>
      </w:r>
    </w:p>
    <w:p>
      <w:r>
        <w:t>Activity Type: Wordwall Listening Quiz</w:t>
      </w:r>
    </w:p>
    <w:p>
      <w:r>
        <w:t>Instructions:</w:t>
      </w:r>
    </w:p>
    <w:p>
      <w:pPr>
        <w:pStyle w:val="ListBullet"/>
      </w:pPr>
      <w:r>
        <w:t>Play the audio again.</w:t>
      </w:r>
    </w:p>
    <w:p>
      <w:pPr>
        <w:pStyle w:val="ListBullet"/>
      </w:pPr>
      <w:r>
        <w:t>Students answer multiple-choice questions on Wordwall.</w:t>
      </w:r>
    </w:p>
    <w:p>
      <w:pPr>
        <w:pStyle w:val="ListBullet"/>
      </w:pPr>
      <w:r>
        <w:t>Discuss answers as a class.</w:t>
      </w:r>
    </w:p>
    <w:p>
      <w:pPr>
        <w:pStyle w:val="Heading2"/>
      </w:pPr>
      <w:r>
        <w:t>5. Speaking Practice (10 mins) – Universal Role-Play</w:t>
      </w:r>
    </w:p>
    <w:p>
      <w:r>
        <w:t>Activity: Shopping Role-Play</w:t>
      </w:r>
    </w:p>
    <w:p>
      <w:r>
        <w:t>Pairs: One student is the customer, the other is the shop assistant.</w:t>
      </w:r>
    </w:p>
    <w:p>
      <w:r>
        <w:t>Choose a shop: Bakery, Toy Shop, Pharmacy, Clothing Store, Electronics Store, etc.</w:t>
      </w:r>
    </w:p>
    <w:p>
      <w:r>
        <w:t>Universal Role-Play Dialogue</w:t>
      </w:r>
    </w:p>
    <w:p>
      <w:r>
        <w:t>Customer:</w:t>
      </w:r>
    </w:p>
    <w:p>
      <w:pPr>
        <w:pStyle w:val="ListBullet"/>
      </w:pPr>
      <w:r>
        <w:t>Excuse me, do you have any ___ (product)?</w:t>
      </w:r>
    </w:p>
    <w:p>
      <w:pPr>
        <w:pStyle w:val="ListBullet"/>
      </w:pPr>
      <w:r>
        <w:t>How much is this ___ (product)?</w:t>
      </w:r>
    </w:p>
    <w:p>
      <w:pPr>
        <w:pStyle w:val="ListBullet"/>
      </w:pPr>
      <w:r>
        <w:t>That’s too expensive! Do you have a cheaper one? / That’s a good price! I’ll take it.</w:t>
      </w:r>
    </w:p>
    <w:p>
      <w:pPr>
        <w:pStyle w:val="ListBullet"/>
      </w:pPr>
      <w:r>
        <w:t>Can I pay with cash/card?</w:t>
      </w:r>
    </w:p>
    <w:p>
      <w:pPr>
        <w:pStyle w:val="ListBullet"/>
      </w:pPr>
      <w:r>
        <w:t>Thank you!</w:t>
      </w:r>
    </w:p>
    <w:p>
      <w:r>
        <w:t>Shop Assistant:</w:t>
      </w:r>
    </w:p>
    <w:p>
      <w:pPr>
        <w:pStyle w:val="ListBullet"/>
      </w:pPr>
      <w:r>
        <w:t>Hello! Welcome to the ___ (shop name). How can I help you?</w:t>
      </w:r>
    </w:p>
    <w:p>
      <w:pPr>
        <w:pStyle w:val="ListBullet"/>
      </w:pPr>
      <w:r>
        <w:t>Yes, we have ___ (product). It costs ___ (price).</w:t>
      </w:r>
    </w:p>
    <w:p>
      <w:pPr>
        <w:pStyle w:val="ListBullet"/>
      </w:pPr>
      <w:r>
        <w:t>Yes, we also have a cheaper one for ___ (price).</w:t>
      </w:r>
    </w:p>
    <w:p>
      <w:pPr>
        <w:pStyle w:val="ListBullet"/>
      </w:pPr>
      <w:r>
        <w:t>Sure! We accept cash and card.</w:t>
      </w:r>
    </w:p>
    <w:p>
      <w:pPr>
        <w:pStyle w:val="ListBullet"/>
      </w:pPr>
      <w:r>
        <w:t>Thank you for shopping with us! Have a great day!</w:t>
      </w:r>
    </w:p>
    <w:p>
      <w:pPr>
        <w:pStyle w:val="Heading2"/>
      </w:pPr>
      <w:r>
        <w:t>6. Wrap-Up &amp; Reflection (5 mins)</w:t>
      </w:r>
    </w:p>
    <w:p>
      <w:r>
        <w:t>Reflection Questions (Self-Assessment):</w:t>
      </w:r>
    </w:p>
    <w:p>
      <w:pPr>
        <w:pStyle w:val="ListBullet"/>
      </w:pPr>
      <w:r>
        <w:t>What new words did I learn today?</w:t>
      </w:r>
    </w:p>
    <w:p>
      <w:pPr>
        <w:pStyle w:val="ListBullet"/>
      </w:pPr>
      <w:r>
        <w:t>How confident do I feel asking for things in a shop?</w:t>
      </w:r>
    </w:p>
    <w:p>
      <w:pPr>
        <w:pStyle w:val="ListBullet"/>
      </w:pPr>
      <w:r>
        <w:t>What was easy for me? What was difficult?</w:t>
      </w:r>
    </w:p>
    <w:p>
      <w:pPr>
        <w:pStyle w:val="ListBullet"/>
      </w:pPr>
      <w:r>
        <w:t>How can I practice speaking about shopping outside class?</w:t>
      </w:r>
    </w:p>
    <w:p>
      <w:pPr>
        <w:pStyle w:val="Heading1"/>
      </w:pPr>
      <w:r>
        <w:t>Homework &amp; Success Criteria</w:t>
      </w:r>
    </w:p>
    <w:p>
      <w:r>
        <w:t>Task:</w:t>
      </w:r>
    </w:p>
    <w:p>
      <w:r>
        <w:t>Write five sentences about where you shop for different products.</w:t>
      </w:r>
    </w:p>
    <w:p>
      <w:r>
        <w:t>Example: I buy vegetables at the supermarket.</w:t>
      </w:r>
    </w:p>
    <w:p>
      <w:r>
        <w:t>Success Criteria:</w:t>
      </w:r>
    </w:p>
    <w:p>
      <w:pPr>
        <w:pStyle w:val="ListBullet"/>
      </w:pPr>
      <w:r>
        <w:t>Uses correct shop and product vocabulary.</w:t>
      </w:r>
    </w:p>
    <w:p>
      <w:pPr>
        <w:pStyle w:val="ListBullet"/>
      </w:pPr>
      <w:r>
        <w:t>Writes grammatically correct sentences.</w:t>
      </w:r>
    </w:p>
    <w:p>
      <w:pPr>
        <w:pStyle w:val="ListBullet"/>
      </w:pPr>
      <w:r>
        <w:t>Uses capital letters and punctuation properly.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